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C7E" w:rsidRPr="00B93B25" w:rsidRDefault="00CD771E">
      <w:pPr>
        <w:rPr>
          <w:rFonts w:hint="eastAsia"/>
          <w:sz w:val="16"/>
          <w:lang w:val="de-DE"/>
        </w:rPr>
      </w:pPr>
      <w:r w:rsidRPr="00B93B25">
        <w:rPr>
          <w:b/>
          <w:color w:val="1E4E69"/>
          <w:sz w:val="32"/>
          <w:lang w:val="de-DE"/>
        </w:rPr>
        <w:t xml:space="preserve">CASA </w:t>
      </w:r>
      <w:proofErr w:type="gramStart"/>
      <w:r w:rsidRPr="00B93B25">
        <w:rPr>
          <w:b/>
          <w:color w:val="1E4E69"/>
          <w:sz w:val="32"/>
          <w:lang w:val="de-DE"/>
        </w:rPr>
        <w:t>MARITIMO  |</w:t>
      </w:r>
      <w:proofErr w:type="gramEnd"/>
      <w:r w:rsidRPr="00B93B25">
        <w:rPr>
          <w:b/>
          <w:color w:val="1E4E69"/>
          <w:sz w:val="32"/>
          <w:lang w:val="de-DE"/>
        </w:rPr>
        <w:t xml:space="preserve">  GÄSTEDATEN</w:t>
      </w:r>
    </w:p>
    <w:p w:rsidR="00AB0C7E" w:rsidRPr="00B93B25" w:rsidRDefault="00CD771E">
      <w:pPr>
        <w:pStyle w:val="Untertitel"/>
        <w:rPr>
          <w:sz w:val="22"/>
          <w:lang w:val="de-DE"/>
        </w:rPr>
      </w:pPr>
      <w:r w:rsidRPr="00B93B25">
        <w:rPr>
          <w:sz w:val="22"/>
          <w:lang w:val="de-DE"/>
        </w:rPr>
        <w:t xml:space="preserve">Guest </w:t>
      </w:r>
      <w:proofErr w:type="spellStart"/>
      <w:r w:rsidRPr="00B93B25">
        <w:rPr>
          <w:sz w:val="22"/>
          <w:lang w:val="de-DE"/>
        </w:rPr>
        <w:t>details</w:t>
      </w:r>
      <w:proofErr w:type="spellEnd"/>
      <w:r w:rsidRPr="00B93B25">
        <w:rPr>
          <w:sz w:val="22"/>
          <w:lang w:val="de-DE"/>
        </w:rPr>
        <w:t xml:space="preserve"> / Datos de </w:t>
      </w:r>
      <w:proofErr w:type="spellStart"/>
      <w:r w:rsidRPr="00B93B25">
        <w:rPr>
          <w:sz w:val="22"/>
          <w:lang w:val="de-DE"/>
        </w:rPr>
        <w:t>huéspedes</w:t>
      </w:r>
      <w:proofErr w:type="spellEnd"/>
    </w:p>
    <w:p w:rsidR="00AB0C7E" w:rsidRPr="00B93B25" w:rsidRDefault="00CD771E">
      <w:pPr>
        <w:rPr>
          <w:rFonts w:hint="eastAsia"/>
          <w:lang w:val="de-DE"/>
        </w:rPr>
      </w:pPr>
      <w:r w:rsidRPr="00B93B25">
        <w:rPr>
          <w:lang w:val="de-DE"/>
        </w:rPr>
        <w:t xml:space="preserve">Bitte </w:t>
      </w:r>
      <w:r w:rsidRPr="00B93B25">
        <w:rPr>
          <w:lang w:val="de-DE"/>
        </w:rPr>
        <w:t xml:space="preserve">die Angaben </w:t>
      </w:r>
      <w:r w:rsidR="00B93B25">
        <w:rPr>
          <w:lang w:val="de-DE"/>
        </w:rPr>
        <w:t>aller</w:t>
      </w:r>
      <w:r w:rsidRPr="00B93B25">
        <w:rPr>
          <w:lang w:val="de-DE"/>
        </w:rPr>
        <w:t xml:space="preserve"> mitreisenden Personen eintragen. / </w:t>
      </w:r>
      <w:proofErr w:type="spellStart"/>
      <w:r w:rsidRPr="00B93B25">
        <w:rPr>
          <w:lang w:val="de-DE"/>
        </w:rPr>
        <w:t>Please</w:t>
      </w:r>
      <w:proofErr w:type="spellEnd"/>
      <w:r w:rsidRPr="00B93B25">
        <w:rPr>
          <w:lang w:val="de-DE"/>
        </w:rPr>
        <w:t xml:space="preserve"> </w:t>
      </w:r>
      <w:proofErr w:type="spellStart"/>
      <w:r w:rsidRPr="00B93B25">
        <w:rPr>
          <w:lang w:val="de-DE"/>
        </w:rPr>
        <w:t>enter</w:t>
      </w:r>
      <w:proofErr w:type="spellEnd"/>
      <w:r w:rsidRPr="00B93B25">
        <w:rPr>
          <w:lang w:val="de-DE"/>
        </w:rPr>
        <w:t xml:space="preserve"> </w:t>
      </w:r>
      <w:proofErr w:type="spellStart"/>
      <w:r w:rsidRPr="00B93B25">
        <w:rPr>
          <w:lang w:val="de-DE"/>
        </w:rPr>
        <w:t>the</w:t>
      </w:r>
      <w:proofErr w:type="spellEnd"/>
      <w:r w:rsidRPr="00B93B25">
        <w:rPr>
          <w:lang w:val="de-DE"/>
        </w:rPr>
        <w:t xml:space="preserve"> </w:t>
      </w:r>
      <w:proofErr w:type="spellStart"/>
      <w:r w:rsidRPr="00B93B25">
        <w:rPr>
          <w:lang w:val="de-DE"/>
        </w:rPr>
        <w:t>details</w:t>
      </w:r>
      <w:proofErr w:type="spellEnd"/>
      <w:r w:rsidRPr="00B93B25">
        <w:rPr>
          <w:lang w:val="de-DE"/>
        </w:rPr>
        <w:t xml:space="preserve"> </w:t>
      </w:r>
      <w:proofErr w:type="spellStart"/>
      <w:r w:rsidRPr="00B93B25">
        <w:rPr>
          <w:lang w:val="de-DE"/>
        </w:rPr>
        <w:t>of</w:t>
      </w:r>
      <w:proofErr w:type="spellEnd"/>
      <w:r w:rsidRPr="00B93B25">
        <w:rPr>
          <w:lang w:val="de-DE"/>
        </w:rPr>
        <w:t xml:space="preserve"> all </w:t>
      </w:r>
      <w:proofErr w:type="spellStart"/>
      <w:r w:rsidRPr="00B93B25">
        <w:rPr>
          <w:lang w:val="de-DE"/>
        </w:rPr>
        <w:t>guests</w:t>
      </w:r>
      <w:proofErr w:type="spellEnd"/>
      <w:r w:rsidRPr="00B93B25">
        <w:rPr>
          <w:lang w:val="de-DE"/>
        </w:rPr>
        <w:t xml:space="preserve">. / </w:t>
      </w:r>
      <w:proofErr w:type="spellStart"/>
      <w:r w:rsidRPr="00B93B25">
        <w:rPr>
          <w:lang w:val="de-DE"/>
        </w:rPr>
        <w:t>Indique</w:t>
      </w:r>
      <w:proofErr w:type="spellEnd"/>
      <w:r w:rsidRPr="00B93B25">
        <w:rPr>
          <w:lang w:val="de-DE"/>
        </w:rPr>
        <w:t xml:space="preserve"> los </w:t>
      </w:r>
      <w:proofErr w:type="spellStart"/>
      <w:r w:rsidRPr="00B93B25">
        <w:rPr>
          <w:lang w:val="de-DE"/>
        </w:rPr>
        <w:t>datos</w:t>
      </w:r>
      <w:proofErr w:type="spellEnd"/>
      <w:r w:rsidRPr="00B93B25">
        <w:rPr>
          <w:lang w:val="de-DE"/>
        </w:rPr>
        <w:t xml:space="preserve"> de </w:t>
      </w:r>
      <w:proofErr w:type="spellStart"/>
      <w:r w:rsidRPr="00B93B25">
        <w:rPr>
          <w:lang w:val="de-DE"/>
        </w:rPr>
        <w:t>todos</w:t>
      </w:r>
      <w:proofErr w:type="spellEnd"/>
      <w:r w:rsidRPr="00B93B25">
        <w:rPr>
          <w:lang w:val="de-DE"/>
        </w:rPr>
        <w:t xml:space="preserve"> los </w:t>
      </w:r>
      <w:proofErr w:type="spellStart"/>
      <w:r w:rsidRPr="00B93B25">
        <w:rPr>
          <w:lang w:val="de-DE"/>
        </w:rPr>
        <w:t>huéspedes</w:t>
      </w:r>
      <w:proofErr w:type="spellEnd"/>
      <w:r w:rsidRPr="00B93B25">
        <w:rPr>
          <w:lang w:val="de-DE"/>
        </w:rPr>
        <w:t>.</w:t>
      </w:r>
    </w:p>
    <w:p w:rsidR="00AB0C7E" w:rsidRPr="00B93B25" w:rsidRDefault="00CD771E">
      <w:pPr>
        <w:pStyle w:val="berschrift2"/>
        <w:rPr>
          <w:sz w:val="28"/>
        </w:rPr>
      </w:pPr>
      <w:r w:rsidRPr="00B93B25">
        <w:rPr>
          <w:sz w:val="28"/>
        </w:rPr>
        <w:t>Gast 1 / Guest 1 / Huésped 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5328"/>
      </w:tblGrid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 xml:space="preserve">Vorname / First </w:t>
            </w:r>
            <w:r w:rsidRPr="00B93B25">
              <w:rPr>
                <w:sz w:val="16"/>
              </w:rPr>
              <w:t>name / Nombre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Nachname(n) / Surname(s) / Apellido(s)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Geschlecht / Sex / Sexo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Geburtsdatum / Date of birth / Fecha de nacimiento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Nationalität / Nationality / Nacionalidad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Ausweisart / Document type / Tipo de documento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  <w:lang w:val="de-DE"/>
              </w:rPr>
            </w:pPr>
            <w:r w:rsidRPr="00B93B25">
              <w:rPr>
                <w:sz w:val="16"/>
                <w:lang w:val="de-DE"/>
              </w:rPr>
              <w:t xml:space="preserve">Ausweisnummer / </w:t>
            </w:r>
            <w:proofErr w:type="spellStart"/>
            <w:r w:rsidRPr="00B93B25">
              <w:rPr>
                <w:sz w:val="16"/>
                <w:lang w:val="de-DE"/>
              </w:rPr>
              <w:t>Document</w:t>
            </w:r>
            <w:proofErr w:type="spellEnd"/>
            <w:r w:rsidRPr="00B93B25">
              <w:rPr>
                <w:sz w:val="16"/>
                <w:lang w:val="de-DE"/>
              </w:rPr>
              <w:t xml:space="preserve"> </w:t>
            </w:r>
            <w:proofErr w:type="spellStart"/>
            <w:r w:rsidRPr="00B93B25">
              <w:rPr>
                <w:sz w:val="16"/>
                <w:lang w:val="de-DE"/>
              </w:rPr>
              <w:t>number</w:t>
            </w:r>
            <w:proofErr w:type="spellEnd"/>
            <w:r w:rsidRPr="00B93B25">
              <w:rPr>
                <w:sz w:val="16"/>
                <w:lang w:val="de-DE"/>
              </w:rPr>
              <w:t xml:space="preserve"> / Nº de </w:t>
            </w:r>
            <w:proofErr w:type="spellStart"/>
            <w:r w:rsidRPr="00B93B25">
              <w:rPr>
                <w:sz w:val="16"/>
                <w:lang w:val="de-DE"/>
              </w:rPr>
              <w:t>documento</w:t>
            </w:r>
            <w:proofErr w:type="spellEnd"/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  <w:lang w:val="de-DE"/>
              </w:rPr>
            </w:pPr>
            <w:r w:rsidRPr="00B93B25">
              <w:rPr>
                <w:lang w:val="de-DE"/>
              </w:rPr>
              <w:t xml:space="preserve"> </w:t>
            </w:r>
          </w:p>
        </w:tc>
      </w:tr>
    </w:tbl>
    <w:p w:rsidR="00AB0C7E" w:rsidRPr="00B93B25" w:rsidRDefault="00CD771E">
      <w:pPr>
        <w:pStyle w:val="berschrift2"/>
        <w:rPr>
          <w:sz w:val="28"/>
        </w:rPr>
      </w:pPr>
      <w:r w:rsidRPr="00B93B25">
        <w:rPr>
          <w:sz w:val="28"/>
        </w:rPr>
        <w:t>Gast 2 / Guest 2 / Huésped 2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5328"/>
      </w:tblGrid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Vorname / First name / Nombre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Nachname(n) / Surname(s) / Apellido(s)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Geschlecht / Sex / Sexo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Geburtsdatum / Date of birth / Fecha de nacimiento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Nationalität / Nationality / Nacio</w:t>
            </w:r>
            <w:r w:rsidRPr="00B93B25">
              <w:rPr>
                <w:sz w:val="16"/>
              </w:rPr>
              <w:t>nalidad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Ausweisart / Document type / Tipo de documento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  <w:lang w:val="de-DE"/>
              </w:rPr>
            </w:pPr>
            <w:r w:rsidRPr="00B93B25">
              <w:rPr>
                <w:sz w:val="16"/>
                <w:lang w:val="de-DE"/>
              </w:rPr>
              <w:t xml:space="preserve">Ausweisnummer / </w:t>
            </w:r>
            <w:proofErr w:type="spellStart"/>
            <w:r w:rsidRPr="00B93B25">
              <w:rPr>
                <w:sz w:val="16"/>
                <w:lang w:val="de-DE"/>
              </w:rPr>
              <w:t>Document</w:t>
            </w:r>
            <w:proofErr w:type="spellEnd"/>
            <w:r w:rsidRPr="00B93B25">
              <w:rPr>
                <w:sz w:val="16"/>
                <w:lang w:val="de-DE"/>
              </w:rPr>
              <w:t xml:space="preserve"> </w:t>
            </w:r>
            <w:proofErr w:type="spellStart"/>
            <w:r w:rsidRPr="00B93B25">
              <w:rPr>
                <w:sz w:val="16"/>
                <w:lang w:val="de-DE"/>
              </w:rPr>
              <w:t>number</w:t>
            </w:r>
            <w:proofErr w:type="spellEnd"/>
            <w:r w:rsidRPr="00B93B25">
              <w:rPr>
                <w:sz w:val="16"/>
                <w:lang w:val="de-DE"/>
              </w:rPr>
              <w:t xml:space="preserve"> / Nº de </w:t>
            </w:r>
            <w:proofErr w:type="spellStart"/>
            <w:r w:rsidRPr="00B93B25">
              <w:rPr>
                <w:sz w:val="16"/>
                <w:lang w:val="de-DE"/>
              </w:rPr>
              <w:t>documento</w:t>
            </w:r>
            <w:proofErr w:type="spellEnd"/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  <w:lang w:val="de-DE"/>
              </w:rPr>
            </w:pPr>
            <w:r w:rsidRPr="00B93B25">
              <w:rPr>
                <w:lang w:val="de-DE"/>
              </w:rPr>
              <w:t xml:space="preserve"> </w:t>
            </w:r>
          </w:p>
        </w:tc>
      </w:tr>
    </w:tbl>
    <w:p w:rsidR="00AB0C7E" w:rsidRPr="00CD771E" w:rsidRDefault="00CD771E" w:rsidP="00CD771E">
      <w:pPr>
        <w:pStyle w:val="berschrift2"/>
        <w:rPr>
          <w:sz w:val="28"/>
        </w:rPr>
      </w:pPr>
      <w:bookmarkStart w:id="0" w:name="_GoBack"/>
      <w:r w:rsidRPr="00CD771E">
        <w:rPr>
          <w:sz w:val="28"/>
        </w:rPr>
        <w:t>Gast 3 / Guest 3 / Huésped 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5328"/>
      </w:tblGrid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bookmarkEnd w:id="0"/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V</w:t>
            </w:r>
            <w:r w:rsidRPr="00B93B25">
              <w:rPr>
                <w:sz w:val="16"/>
              </w:rPr>
              <w:t>orname / First name / Nombre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Nachname(n) / Surname(s) / Apellido(s)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Geschlecht / Sex / Sexo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Geburtsdatum / Date of birth / Fecha de nacimiento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Nationalität / Nationality / Nacionalidad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Ausweisart / Document type / Tipo de documento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  <w:lang w:val="de-DE"/>
              </w:rPr>
            </w:pPr>
            <w:r w:rsidRPr="00B93B25">
              <w:rPr>
                <w:sz w:val="16"/>
                <w:lang w:val="de-DE"/>
              </w:rPr>
              <w:t xml:space="preserve">Ausweisnummer / </w:t>
            </w:r>
            <w:proofErr w:type="spellStart"/>
            <w:r w:rsidRPr="00B93B25">
              <w:rPr>
                <w:sz w:val="16"/>
                <w:lang w:val="de-DE"/>
              </w:rPr>
              <w:t>Document</w:t>
            </w:r>
            <w:proofErr w:type="spellEnd"/>
            <w:r w:rsidRPr="00B93B25">
              <w:rPr>
                <w:sz w:val="16"/>
                <w:lang w:val="de-DE"/>
              </w:rPr>
              <w:t xml:space="preserve"> </w:t>
            </w:r>
            <w:proofErr w:type="spellStart"/>
            <w:r w:rsidRPr="00B93B25">
              <w:rPr>
                <w:sz w:val="16"/>
                <w:lang w:val="de-DE"/>
              </w:rPr>
              <w:t>number</w:t>
            </w:r>
            <w:proofErr w:type="spellEnd"/>
            <w:r w:rsidRPr="00B93B25">
              <w:rPr>
                <w:sz w:val="16"/>
                <w:lang w:val="de-DE"/>
              </w:rPr>
              <w:t xml:space="preserve"> / Nº de </w:t>
            </w:r>
            <w:proofErr w:type="spellStart"/>
            <w:r w:rsidRPr="00B93B25">
              <w:rPr>
                <w:sz w:val="16"/>
                <w:lang w:val="de-DE"/>
              </w:rPr>
              <w:t>documento</w:t>
            </w:r>
            <w:proofErr w:type="spellEnd"/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  <w:lang w:val="de-DE"/>
              </w:rPr>
            </w:pPr>
            <w:r w:rsidRPr="00B93B25">
              <w:rPr>
                <w:lang w:val="de-DE"/>
              </w:rPr>
              <w:t xml:space="preserve"> </w:t>
            </w:r>
          </w:p>
        </w:tc>
      </w:tr>
    </w:tbl>
    <w:p w:rsidR="00AB0C7E" w:rsidRPr="00B93B25" w:rsidRDefault="00CD771E">
      <w:pPr>
        <w:pStyle w:val="berschrift2"/>
        <w:rPr>
          <w:sz w:val="28"/>
        </w:rPr>
      </w:pPr>
      <w:r w:rsidRPr="00B93B25">
        <w:rPr>
          <w:sz w:val="28"/>
        </w:rPr>
        <w:t>Gast 4 / Guest 4 / Huésped 4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5328"/>
      </w:tblGrid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 xml:space="preserve">Vorname / First name / </w:t>
            </w:r>
            <w:r w:rsidRPr="00B93B25">
              <w:rPr>
                <w:sz w:val="16"/>
              </w:rPr>
              <w:t>Nombre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Nachname(n) / Surname(s) / Apellido(s)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Geschlecht / Sex / Sexo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Geburtsdatum / Date of birth / Fecha de nacimiento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Nationalität / Nationality / Nacionalidad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rPr>
                <w:sz w:val="16"/>
              </w:rPr>
              <w:t>Ausweisart / Document type / Tipo de documento</w:t>
            </w:r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</w:rPr>
            </w:pPr>
            <w:r w:rsidRPr="00B93B25">
              <w:t xml:space="preserve"> </w:t>
            </w:r>
          </w:p>
        </w:tc>
      </w:tr>
      <w:tr w:rsidR="00AB0C7E" w:rsidRPr="00B93B25">
        <w:tc>
          <w:tcPr>
            <w:tcW w:w="460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  <w:lang w:val="de-DE"/>
              </w:rPr>
            </w:pPr>
            <w:r w:rsidRPr="00B93B25">
              <w:rPr>
                <w:sz w:val="16"/>
                <w:lang w:val="de-DE"/>
              </w:rPr>
              <w:t xml:space="preserve">Ausweisnummer / </w:t>
            </w:r>
            <w:proofErr w:type="spellStart"/>
            <w:r w:rsidRPr="00B93B25">
              <w:rPr>
                <w:sz w:val="16"/>
                <w:lang w:val="de-DE"/>
              </w:rPr>
              <w:t>Document</w:t>
            </w:r>
            <w:proofErr w:type="spellEnd"/>
            <w:r w:rsidRPr="00B93B25">
              <w:rPr>
                <w:sz w:val="16"/>
                <w:lang w:val="de-DE"/>
              </w:rPr>
              <w:t xml:space="preserve"> </w:t>
            </w:r>
            <w:proofErr w:type="spellStart"/>
            <w:r w:rsidRPr="00B93B25">
              <w:rPr>
                <w:sz w:val="16"/>
                <w:lang w:val="de-DE"/>
              </w:rPr>
              <w:t>number</w:t>
            </w:r>
            <w:proofErr w:type="spellEnd"/>
            <w:r w:rsidRPr="00B93B25">
              <w:rPr>
                <w:sz w:val="16"/>
                <w:lang w:val="de-DE"/>
              </w:rPr>
              <w:t xml:space="preserve"> / Nº de </w:t>
            </w:r>
            <w:proofErr w:type="spellStart"/>
            <w:r w:rsidRPr="00B93B25">
              <w:rPr>
                <w:sz w:val="16"/>
                <w:lang w:val="de-DE"/>
              </w:rPr>
              <w:t>documento</w:t>
            </w:r>
            <w:proofErr w:type="spellEnd"/>
          </w:p>
        </w:tc>
        <w:tc>
          <w:tcPr>
            <w:tcW w:w="5328" w:type="dxa"/>
            <w:tcBorders>
              <w:bottom w:val="single" w:sz="0" w:space="0" w:color="D8E2E8"/>
            </w:tcBorders>
            <w:vAlign w:val="center"/>
          </w:tcPr>
          <w:p w:rsidR="00AB0C7E" w:rsidRPr="00B93B25" w:rsidRDefault="00CD771E">
            <w:pPr>
              <w:spacing w:before="60" w:after="60"/>
              <w:rPr>
                <w:rFonts w:hint="eastAsia"/>
                <w:lang w:val="de-DE"/>
              </w:rPr>
            </w:pPr>
            <w:r w:rsidRPr="00B93B25">
              <w:rPr>
                <w:lang w:val="de-DE"/>
              </w:rPr>
              <w:t xml:space="preserve"> </w:t>
            </w:r>
          </w:p>
        </w:tc>
      </w:tr>
    </w:tbl>
    <w:p w:rsidR="00AB0C7E" w:rsidRPr="00B93B25" w:rsidRDefault="00CD771E">
      <w:pPr>
        <w:jc w:val="center"/>
        <w:rPr>
          <w:rFonts w:hint="eastAsia"/>
        </w:rPr>
      </w:pPr>
      <w:r w:rsidRPr="00B93B25">
        <w:t xml:space="preserve">Casa </w:t>
      </w:r>
      <w:proofErr w:type="spellStart"/>
      <w:r w:rsidRPr="00B93B25">
        <w:t>Maritimo</w:t>
      </w:r>
      <w:proofErr w:type="spellEnd"/>
      <w:r w:rsidRPr="00B93B25">
        <w:t xml:space="preserve"> · Cala Llombards · ETV PL/14988</w:t>
      </w:r>
    </w:p>
    <w:sectPr w:rsidR="00AB0C7E" w:rsidRPr="00B93B25" w:rsidSect="00CD771E">
      <w:pgSz w:w="12240" w:h="15840"/>
      <w:pgMar w:top="709" w:right="1008" w:bottom="42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AB0C7E"/>
    <w:rsid w:val="00B47730"/>
    <w:rsid w:val="00B93B25"/>
    <w:rsid w:val="00CB0664"/>
    <w:rsid w:val="00CD77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3C5678"/>
  <w14:defaultImageDpi w14:val="300"/>
  <w15:docId w15:val="{643E2565-90AC-4A81-97CF-C6D0E278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rPr>
      <w:rFonts w:ascii="Aptos" w:hAnsi="Aptos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D6418B-DB8F-4C7C-9E1F-986D3814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Philipp Hülsemann</cp:lastModifiedBy>
  <cp:revision>3</cp:revision>
  <dcterms:created xsi:type="dcterms:W3CDTF">2026-10-23T09:21:00Z</dcterms:created>
  <dcterms:modified xsi:type="dcterms:W3CDTF">2026-10-23T09:22:00Z</dcterms:modified>
  <cp:category/>
</cp:coreProperties>
</file>